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bidi/>
      </w:pPr>
      <w:r>
        <w:rPr>
          <w:rFonts w:ascii="Arial" w:hAnsi="Arial" w:cs="Arial"/>
          <w:b/>
          <w:color w:val="1F4E79"/>
          <w:sz w:val="34"/>
          <w:szCs w:val="34"/>
          <w:bCs/>
          <w:rtl/>
        </w:rPr>
        <w:t>פרוטוקול ישיבת הנהלה</w:t>
      </w:r>
    </w:p>
    <w:p>
      <w:pPr>
        <w:spacing w:after="160"/>
        <w:bidi/>
      </w:pPr>
      <w:r>
        <w:rPr>
          <w:rFonts w:ascii="Arial" w:hAnsi="Arial" w:cs="Arial"/>
          <w:b w:val="0"/>
          <w:color w:val="6B7280"/>
          <w:sz w:val="18"/>
          <w:szCs w:val="18"/>
          <w:rtl/>
        </w:rPr>
        <w:t>תבנית — החליפו את הטקסט לדוגמה בתוכן שלכם.</w:t>
      </w:r>
    </w:p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פרטי הישיבה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נושא הישיבה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ארגון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תאריך ושעה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מיקום / פלטפורמה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משתתפים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יו"ר / מנחה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רשם/ת הפרוטוקול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סדר יום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5272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מציג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זמן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דיון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243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368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עיקרי הדיון</w:t>
            </w:r>
          </w:p>
        </w:tc>
        <w:tc>
          <w:tcPr>
            <w:tcW w:type="dxa" w:w="283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החלטות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משימות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4139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משימה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תאריך יעד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סטטוס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5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סיכונים ונושאים פתוחים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300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 / סיכון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השפעה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הצעד הבא</w:t>
            </w:r>
          </w:p>
        </w:tc>
        <w:tc>
          <w:tcPr>
            <w:tcW w:type="dxa" w:w="1701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  <w:bidi/>
      <w:bidi/>
    </w:pPr>
    <w:r>
      <w:rPr>
        <w:rFonts w:ascii="Arial" w:hAnsi="Arial" w:cs="Arial"/>
        <w:b w:val="0"/>
        <w:color w:val="6B7280"/>
        <w:sz w:val="17"/>
        <w:szCs w:val="17"/>
        <w:rtl/>
      </w:rPr>
      <w:t xml:space="preserve">הופק באמצעות AllMins  ·  allmins.io  ·  </w:t>
    </w:r>
    <w:r>
      <w:rPr>
        <w:rFonts w:ascii="Arial" w:hAnsi="Arial" w:cs="Arial"/>
        <w:b w:val="0"/>
        <w:color w:val="6B7280"/>
        <w:sz w:val="17"/>
        <w:szCs w:val="17"/>
        <w:rtl/>
      </w:rPr>
      <w:t xml:space="preserve">עמוד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  <w:bidiVisual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left"/>
            <w:bidi/>
          </w:pPr>
          <w:r>
            <w:rPr>
              <w:rFonts w:ascii="Arial" w:hAnsi="Arial" w:cs="Arial"/>
              <w:b/>
              <w:color w:val="1F4E79"/>
              <w:sz w:val="22"/>
              <w:szCs w:val="22"/>
              <w:bCs/>
              <w:rtl/>
            </w:rPr>
            <w:t>פרוטוקול ישיבת הנהלה</w:t>
          </w:r>
        </w:p>
        <w:p>
          <w:pPr>
            <w:jc w:val="left"/>
            <w:bidi/>
          </w:pPr>
          <w:r>
            <w:rPr>
              <w:rFonts w:ascii="Arial" w:hAnsi="Arial" w:cs="Arial"/>
              <w:b w:val="0"/>
              <w:color w:val="6B7280"/>
              <w:sz w:val="17"/>
              <w:szCs w:val="17"/>
              <w:rtl/>
            </w:rPr>
            <w:t>תאריך: ____________    פרויקט / ארגון: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ישיבת הנהלה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