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Ata de reunião de diretoria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Organização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Ata de reunião de diretoria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de diretoria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