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Yönetim Kurulu Toplantısı Tutanağı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Şablon — yer tutucu metinleri kendi içeriğinizle değiştirin.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Toplantı bilgileri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Toplantı adı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Kuruluş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Tarih ve saat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Yer / platform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Katılımcılar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Başkan / moderatör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Tutanağı hazırlayan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Gündem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Sunan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Süre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Görüşmeler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Öne çıkan noktalar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Kararlar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Aksiyon maddeleri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Görev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Termin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Durum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Riskler / açık konular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 / risk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Etki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Sonraki adım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AllMins ile oluşturuldu  ·  allmins.io  ·  </w:t>
    </w:r>
    <w:r>
      <w:rPr>
        <w:rFonts w:ascii="Calibri" w:hAnsi="Calibri"/>
        <w:b w:val="0"/>
        <w:color w:val="6B7280"/>
        <w:sz w:val="17"/>
      </w:rPr>
      <w:t xml:space="preserve">Sayfa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Yönetim Kurulu Toplantısı Tutanağı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Tarih: ____________    Proje / kuruluş: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Yönetim Kurulu Toplantısı Tutanağı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