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Calibri" w:hAnsi="Calibri"/>
          <w:b/>
          <w:color w:val="1F4E79"/>
          <w:sz w:val="34"/>
        </w:rPr>
        <w:t>Ata de reunião</w:t>
      </w:r>
    </w:p>
    <w:p>
      <w:pPr>
        <w:spacing w:after="160"/>
      </w:pPr>
      <w:r>
        <w:rPr>
          <w:rFonts w:ascii="Calibri" w:hAnsi="Calibri"/>
          <w:b w:val="0"/>
          <w:color w:val="6B7280"/>
          <w:sz w:val="18"/>
        </w:rPr>
        <w:t>Modelo — substitua os textos de exemplo pelo seu conteúdo.</w:t>
      </w:r>
    </w:p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Informações da reunião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Título da reunião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Organização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Data e hora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Local / plataforma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Participantes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Facilitador / moderador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3118"/>
            <w:shd w:val="clear" w:color="auto" w:fill="EDF2FA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sz w:val="20"/>
              </w:rPr>
              <w:t>Redigido por</w:t>
            </w:r>
          </w:p>
        </w:tc>
        <w:tc>
          <w:tcPr>
            <w:tcW w:type="dxa" w:w="652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Pauta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5272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Apresentador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Tempo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5272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Discussão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243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Tema</w:t>
            </w:r>
          </w:p>
        </w:tc>
        <w:tc>
          <w:tcPr>
            <w:tcW w:type="dxa" w:w="368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Principais pontos</w:t>
            </w:r>
          </w:p>
        </w:tc>
        <w:tc>
          <w:tcPr>
            <w:tcW w:type="dxa" w:w="283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Decisões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243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368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83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Itens de 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4139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Tarefa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Prazo</w:t>
            </w:r>
          </w:p>
        </w:tc>
        <w:tc>
          <w:tcPr>
            <w:tcW w:type="dxa" w:w="1417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4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5</w:t>
            </w:r>
          </w:p>
        </w:tc>
        <w:tc>
          <w:tcPr>
            <w:tcW w:type="dxa" w:w="4139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417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p>
      <w:pPr>
        <w:spacing w:before="280" w:after="120"/>
      </w:pPr>
      <w:r>
        <w:rPr>
          <w:rFonts w:ascii="Calibri" w:hAnsi="Calibri"/>
          <w:b/>
          <w:color w:val="1F4E79"/>
          <w:sz w:val="25"/>
        </w:rPr>
        <w:t>Riscos / questões em aberto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680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Nº</w:t>
            </w:r>
          </w:p>
        </w:tc>
        <w:tc>
          <w:tcPr>
            <w:tcW w:type="dxa" w:w="3005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Questão / risco</w:t>
            </w:r>
          </w:p>
        </w:tc>
        <w:tc>
          <w:tcPr>
            <w:tcW w:type="dxa" w:w="1984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Impacto</w:t>
            </w:r>
          </w:p>
        </w:tc>
        <w:tc>
          <w:tcPr>
            <w:tcW w:type="dxa" w:w="2268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Próximo passo</w:t>
            </w:r>
          </w:p>
        </w:tc>
        <w:tc>
          <w:tcPr>
            <w:tcW w:type="dxa" w:w="1701"/>
            <w:shd w:val="clear" w:color="auto" w:fill="1F4E79"/>
          </w:tcPr>
          <w:p>
            <w:pPr>
              <w:spacing w:before="40" w:after="40"/>
            </w:pPr>
            <w:r/>
            <w:r>
              <w:rPr>
                <w:rFonts w:ascii="Calibri" w:hAnsi="Calibri"/>
                <w:b/>
                <w:color w:val="FFFFFF"/>
                <w:sz w:val="20"/>
              </w:rPr>
              <w:t>Responsável</w:t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1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2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  <w:tr>
        <w:tc>
          <w:tcPr>
            <w:tcW w:type="dxa" w:w="680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  <w:t>3</w:t>
            </w:r>
          </w:p>
        </w:tc>
        <w:tc>
          <w:tcPr>
            <w:tcW w:type="dxa" w:w="3005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984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2268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  <w:tc>
          <w:tcPr>
            <w:tcW w:type="dxa" w:w="1701"/>
          </w:tcPr>
          <w:p>
            <w:pPr>
              <w:spacing w:before="40" w:after="40"/>
            </w:pPr>
            <w:r/>
            <w:r>
              <w:rPr>
                <w:rFonts w:ascii="Calibri" w:hAnsi="Calibri"/>
                <w:b w:val="0"/>
                <w:sz w:val="2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7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rPr>
        <w:rFonts w:ascii="Calibri" w:hAnsi="Calibri"/>
        <w:b w:val="0"/>
        <w:color w:val="6B7280"/>
        <w:sz w:val="17"/>
      </w:rPr>
      <w:t xml:space="preserve">Gerado com o AllMins  ·  allmins.io  ·  </w:t>
    </w:r>
    <w:r>
      <w:rPr>
        <w:rFonts w:ascii="Calibri" w:hAnsi="Calibri"/>
        <w:b w:val="0"/>
        <w:color w:val="6B7280"/>
        <w:sz w:val="17"/>
      </w:rPr>
      <w:t xml:space="preserve">Página </w:t>
    </w:r>
    <w:fldSimple w:instr=" PAGE 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tblLayout w:type="fixed"/>
      <w:tblLook w:firstColumn="1" w:firstRow="1" w:lastColumn="0" w:lastRow="0" w:noHBand="0" w:noVBand="1" w:val="04A0"/>
    </w:tblPr>
    <w:tblGrid>
      <w:gridCol w:w="4819"/>
      <w:gridCol w:w="4819"/>
    </w:tblGrid>
    <w:tr>
      <w:tc>
        <w:tcPr>
          <w:tcW w:type="dxa" w:w="3402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512000" cy="409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llmins-logo-email-ful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409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6236"/>
        </w:tcPr>
        <w:p>
          <w:pPr>
            <w:jc w:val="right"/>
          </w:pPr>
          <w:r>
            <w:rPr>
              <w:rFonts w:ascii="Calibri" w:hAnsi="Calibri"/>
              <w:b/>
              <w:color w:val="1F4E79"/>
              <w:sz w:val="22"/>
            </w:rPr>
            <w:t>Ata de reunião</w:t>
          </w:r>
        </w:p>
        <w:p>
          <w:pPr>
            <w:jc w:val="right"/>
          </w:pPr>
          <w:r>
            <w:rPr>
              <w:rFonts w:ascii="Calibri" w:hAnsi="Calibri"/>
              <w:b w:val="0"/>
              <w:color w:val="6B7280"/>
              <w:sz w:val="17"/>
            </w:rPr>
            <w:t>Data: ____________    Projeto / organização: ____________</w:t>
          </w:r>
        </w:p>
      </w:tc>
    </w:tr>
  </w:tbl>
  <w:p>
    <w:pPr>
      <w:spacing w:before="40"/>
      <w:pBdr>
        <w:bottom w:val="single" w:sz="12" w:space="1" w:color="1F4E79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reunião</dc:title>
  <dc:subject/>
  <dc:creator>AllMins</dc:creator>
  <cp:keywords/>
  <dc:description>Template generated by ops/landing/scripts/generate_docx_templates.py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