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Klinikbesprechung — Protokoll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Vorlage — ersetzen Sie die Platzhalter durch Ihre Inhalte.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Allgemeine Angaben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Titel der Besprechung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Abteilung / Klinik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Datum und Uhrzeit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Ort / Plattform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Teilnehmer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Leitung / Moderation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Protokollführung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Tagesordnung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Vortragende(r)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Zeit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Diskussion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Wichtige Punkte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Entscheidungen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Aufgaben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Aufgabe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Fällig am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Risiken / offene Punkte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Punkt / Risiko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Auswirkung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Nächster Schritt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Erstellt mit AllMins  ·  allmins.io  ·  </w:t>
    </w:r>
    <w:r>
      <w:rPr>
        <w:rFonts w:ascii="Calibri" w:hAnsi="Calibri"/>
        <w:b w:val="0"/>
        <w:color w:val="6B7280"/>
        <w:sz w:val="17"/>
      </w:rPr>
      <w:t xml:space="preserve">Seite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Klinikbesprechung — Protokoll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Datum: ____________    Projekt / Organisation: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Klinikbesprechung — Protokoll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