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40"/>
        <w:bidi/>
      </w:pPr>
      <w:r>
        <w:rPr>
          <w:rFonts w:ascii="Arial" w:hAnsi="Arial" w:cs="Arial"/>
          <w:b/>
          <w:color w:val="1F4E79"/>
          <w:sz w:val="34"/>
          <w:szCs w:val="34"/>
          <w:bCs/>
          <w:rtl/>
        </w:rPr>
        <w:t>פרוטוקול ישיבת צוות רפואי</w:t>
      </w:r>
    </w:p>
    <w:p>
      <w:pPr>
        <w:spacing w:after="160"/>
        <w:bidi/>
      </w:pPr>
      <w:r>
        <w:rPr>
          <w:rFonts w:ascii="Arial" w:hAnsi="Arial" w:cs="Arial"/>
          <w:b w:val="0"/>
          <w:color w:val="6B7280"/>
          <w:sz w:val="18"/>
          <w:szCs w:val="18"/>
          <w:rtl/>
        </w:rPr>
        <w:t>תבנית — החליפו את הטקסט לדוגמה בתוכן שלכם.</w:t>
      </w:r>
    </w:p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פרטי הישיבה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4986"/>
        <w:gridCol w:w="4986"/>
      </w:tblGrid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נושא הישיבה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מחלקה / מרפאה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תאריך ושעה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מיקום / פלטפורמה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משתתפים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יו"ר / מנחה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3118"/>
            <w:shd w:val="clear" w:color="auto" w:fill="EDF2FA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sz w:val="20"/>
                <w:szCs w:val="20"/>
                <w:bCs/>
                <w:rtl/>
              </w:rPr>
              <w:t>רשם/ת הפרוטוקול</w:t>
            </w:r>
          </w:p>
        </w:tc>
        <w:tc>
          <w:tcPr>
            <w:tcW w:type="dxa" w:w="652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סדר יום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5272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מציג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זמן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5272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דיון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2493"/>
        <w:gridCol w:w="2493"/>
        <w:gridCol w:w="2493"/>
        <w:gridCol w:w="2493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243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</w:t>
            </w:r>
          </w:p>
        </w:tc>
        <w:tc>
          <w:tcPr>
            <w:tcW w:type="dxa" w:w="368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עיקרי הדיון</w:t>
            </w:r>
          </w:p>
        </w:tc>
        <w:tc>
          <w:tcPr>
            <w:tcW w:type="dxa" w:w="283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החלטות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243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368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83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משימות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4139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משימה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תאריך יעד</w:t>
            </w:r>
          </w:p>
        </w:tc>
        <w:tc>
          <w:tcPr>
            <w:tcW w:type="dxa" w:w="1417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סטטוס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4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5</w:t>
            </w:r>
          </w:p>
        </w:tc>
        <w:tc>
          <w:tcPr>
            <w:tcW w:type="dxa" w:w="413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417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p>
      <w:pPr>
        <w:spacing w:before="280" w:after="120"/>
        <w:bidi/>
      </w:pPr>
      <w:r>
        <w:rPr>
          <w:rFonts w:ascii="Arial" w:hAnsi="Arial" w:cs="Arial"/>
          <w:b/>
          <w:color w:val="1F4E79"/>
          <w:sz w:val="25"/>
          <w:szCs w:val="25"/>
          <w:bCs/>
          <w:rtl/>
        </w:rPr>
        <w:t>סיכונים ונושאים פתוחים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bidiVisual/>
      </w:tblPr>
      <w:tblGrid>
        <w:gridCol w:w="1994"/>
        <w:gridCol w:w="1994"/>
        <w:gridCol w:w="1994"/>
        <w:gridCol w:w="1994"/>
        <w:gridCol w:w="1994"/>
      </w:tblGrid>
      <w:tr>
        <w:tc>
          <w:tcPr>
            <w:tcW w:type="dxa" w:w="680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מס'</w:t>
            </w:r>
          </w:p>
        </w:tc>
        <w:tc>
          <w:tcPr>
            <w:tcW w:type="dxa" w:w="3005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נושא / סיכון</w:t>
            </w:r>
          </w:p>
        </w:tc>
        <w:tc>
          <w:tcPr>
            <w:tcW w:type="dxa" w:w="1984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השפעה</w:t>
            </w:r>
          </w:p>
        </w:tc>
        <w:tc>
          <w:tcPr>
            <w:tcW w:type="dxa" w:w="2268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הצעד הבא</w:t>
            </w:r>
          </w:p>
        </w:tc>
        <w:tc>
          <w:tcPr>
            <w:tcW w:type="dxa" w:w="1701"/>
            <w:shd w:val="clear" w:color="auto" w:fill="1F4E79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/>
                <w:color w:val="FFFFFF"/>
                <w:sz w:val="20"/>
                <w:szCs w:val="20"/>
                <w:bCs/>
                <w:rtl/>
              </w:rPr>
              <w:t>אחראי</w:t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1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2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  <w:tr>
        <w:tc>
          <w:tcPr>
            <w:tcW w:type="dxa" w:w="680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  <w:t>3</w:t>
            </w:r>
          </w:p>
        </w:tc>
        <w:tc>
          <w:tcPr>
            <w:tcW w:type="dxa" w:w="3005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984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2268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  <w:tc>
          <w:tcPr>
            <w:tcW w:type="dxa" w:w="1701"/>
          </w:tcPr>
          <w:p>
            <w:pPr>
              <w:bidi/>
              <w:spacing w:before="40" w:after="40"/>
            </w:pPr>
            <w:r/>
            <w:r>
              <w:rPr>
                <w:rFonts w:ascii="Arial" w:hAnsi="Arial" w:cs="Arial"/>
                <w:b w:val="0"/>
                <w:sz w:val="20"/>
                <w:szCs w:val="20"/>
                <w:rtl/>
              </w:rPr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2240" w:h="15840"/>
      <w:pgMar w:top="1474" w:right="1134" w:bottom="102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jc w:val="center"/>
      <w:bidi/>
      <w:bidi/>
    </w:pPr>
    <w:r>
      <w:rPr>
        <w:rFonts w:ascii="Arial" w:hAnsi="Arial" w:cs="Arial"/>
        <w:b w:val="0"/>
        <w:color w:val="6B7280"/>
        <w:sz w:val="17"/>
        <w:szCs w:val="17"/>
        <w:rtl/>
      </w:rPr>
      <w:t xml:space="preserve">הופק באמצעות AllMins  ·  allmins.io  ·  </w:t>
    </w:r>
    <w:r>
      <w:rPr>
        <w:rFonts w:ascii="Arial" w:hAnsi="Arial" w:cs="Arial"/>
        <w:b w:val="0"/>
        <w:color w:val="6B7280"/>
        <w:sz w:val="17"/>
        <w:szCs w:val="17"/>
        <w:rtl/>
      </w:rPr>
      <w:t xml:space="preserve">עמוד </w:t>
    </w:r>
    <w:fldSimple w:instr=" PAGE 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tbl>
    <w:tblPr>
      <w:tblW w:type="auto" w:w="0"/>
      <w:tblLayout w:type="fixed"/>
      <w:tblLook w:firstColumn="1" w:firstRow="1" w:lastColumn="0" w:lastRow="0" w:noHBand="0" w:noVBand="1" w:val="04A0"/>
      <w:bidiVisual/>
    </w:tblPr>
    <w:tblGrid>
      <w:gridCol w:w="4819"/>
      <w:gridCol w:w="4819"/>
    </w:tblGrid>
    <w:tr>
      <w:tc>
        <w:tcPr>
          <w:tcW w:type="dxa" w:w="3402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512000" cy="4095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allmins-logo-email-ful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12000" cy="4095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6236"/>
        </w:tcPr>
        <w:p>
          <w:pPr>
            <w:jc w:val="left"/>
            <w:bidi/>
          </w:pPr>
          <w:r>
            <w:rPr>
              <w:rFonts w:ascii="Arial" w:hAnsi="Arial" w:cs="Arial"/>
              <w:b/>
              <w:color w:val="1F4E79"/>
              <w:sz w:val="22"/>
              <w:szCs w:val="22"/>
              <w:bCs/>
              <w:rtl/>
            </w:rPr>
            <w:t>פרוטוקול ישיבת צוות רפואי</w:t>
          </w:r>
        </w:p>
        <w:p>
          <w:pPr>
            <w:jc w:val="left"/>
            <w:bidi/>
          </w:pPr>
          <w:r>
            <w:rPr>
              <w:rFonts w:ascii="Arial" w:hAnsi="Arial" w:cs="Arial"/>
              <w:b w:val="0"/>
              <w:color w:val="6B7280"/>
              <w:sz w:val="17"/>
              <w:szCs w:val="17"/>
              <w:rtl/>
            </w:rPr>
            <w:t>תאריך: ____________    פרויקט / ארגון: ____________</w:t>
          </w:r>
        </w:p>
      </w:tc>
    </w:tr>
  </w:tbl>
  <w:p>
    <w:pPr>
      <w:spacing w:before="40"/>
      <w:pBdr>
        <w:bottom w:val="single" w:sz="12" w:space="1" w:color="1F4E79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ישיבת צוות רפואי</dc:title>
  <dc:subject/>
  <dc:creator>AllMins</dc:creator>
  <cp:keywords/>
  <dc:description>Template generated by ops/landing/scripts/generate_docx_templates.py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