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Yu Gothic" w:hAnsi="Yu Gothic" w:eastAsia="Yu Gothic"/>
          <w:b/>
          <w:color w:val="1F4E79"/>
          <w:sz w:val="34"/>
        </w:rPr>
        <w:t>医療・クリニック会議 議事録</w:t>
      </w:r>
    </w:p>
    <w:p>
      <w:pPr>
        <w:spacing w:after="160"/>
      </w:pPr>
      <w:r>
        <w:rPr>
          <w:rFonts w:ascii="Yu Gothic" w:hAnsi="Yu Gothic" w:eastAsia="Yu Gothic"/>
          <w:b w:val="0"/>
          <w:color w:val="6B7280"/>
          <w:sz w:val="18"/>
        </w:rPr>
        <w:t>テンプレート — プレースホルダーを実際の内容に置き換えてください。</w:t>
      </w:r>
    </w:p>
    <w:p>
      <w:pPr>
        <w:spacing w:before="280" w:after="120"/>
      </w:pPr>
      <w:r>
        <w:rPr>
          <w:rFonts w:ascii="Yu Gothic" w:hAnsi="Yu Gothic" w:eastAsia="Yu Gothic"/>
          <w:b/>
          <w:color w:val="1F4E79"/>
          <w:sz w:val="25"/>
        </w:rPr>
        <w:t>会議情報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会議名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診療科・部門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日時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場所／プラットフォーム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参加者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議長／進行役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作成者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Yu Gothic" w:hAnsi="Yu Gothic" w:eastAsia="Yu Gothic"/>
          <w:b/>
          <w:color w:val="1F4E79"/>
          <w:sz w:val="25"/>
        </w:rPr>
        <w:t>議題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番号</w:t>
            </w:r>
          </w:p>
        </w:tc>
        <w:tc>
          <w:tcPr>
            <w:tcW w:type="dxa" w:w="5272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議題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発表者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時間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1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2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3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4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Yu Gothic" w:hAnsi="Yu Gothic" w:eastAsia="Yu Gothic"/>
          <w:b/>
          <w:color w:val="1F4E79"/>
          <w:sz w:val="25"/>
        </w:rPr>
        <w:t>討議内容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番号</w:t>
            </w:r>
          </w:p>
        </w:tc>
        <w:tc>
          <w:tcPr>
            <w:tcW w:type="dxa" w:w="243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議題</w:t>
            </w:r>
          </w:p>
        </w:tc>
        <w:tc>
          <w:tcPr>
            <w:tcW w:type="dxa" w:w="368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主な論点</w:t>
            </w:r>
          </w:p>
        </w:tc>
        <w:tc>
          <w:tcPr>
            <w:tcW w:type="dxa" w:w="283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決定事項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1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2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3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4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Yu Gothic" w:hAnsi="Yu Gothic" w:eastAsia="Yu Gothic"/>
          <w:b/>
          <w:color w:val="1F4E79"/>
          <w:sz w:val="25"/>
        </w:rPr>
        <w:t>アクションアイテム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番号</w:t>
            </w:r>
          </w:p>
        </w:tc>
        <w:tc>
          <w:tcPr>
            <w:tcW w:type="dxa" w:w="4139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タスク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担当者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期限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状態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1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2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3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4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5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Yu Gothic" w:hAnsi="Yu Gothic" w:eastAsia="Yu Gothic"/>
          <w:b/>
          <w:color w:val="1F4E79"/>
          <w:sz w:val="25"/>
        </w:rPr>
        <w:t>リスク・未解決事項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番号</w:t>
            </w:r>
          </w:p>
        </w:tc>
        <w:tc>
          <w:tcPr>
            <w:tcW w:type="dxa" w:w="300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課題／リスク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影響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次のステップ</w:t>
            </w:r>
          </w:p>
        </w:tc>
        <w:tc>
          <w:tcPr>
            <w:tcW w:type="dxa" w:w="1701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担当者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1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2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3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74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rPr>
        <w:rFonts w:ascii="Yu Gothic" w:hAnsi="Yu Gothic" w:eastAsia="Yu Gothic"/>
        <w:b w:val="0"/>
        <w:color w:val="6B7280"/>
        <w:sz w:val="17"/>
      </w:rPr>
      <w:t xml:space="preserve">AllMinsで作成  ·  allmins.io  ·  </w:t>
    </w:r>
    <w:r>
      <w:rPr>
        <w:rFonts w:ascii="Yu Gothic" w:hAnsi="Yu Gothic" w:eastAsia="Yu Gothic"/>
        <w:b w:val="0"/>
        <w:color w:val="6B7280"/>
        <w:sz w:val="17"/>
      </w:rPr>
      <w:t xml:space="preserve">ページ </w:t>
    </w:r>
    <w:fldSimple w:instr=" PAGE 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tblLayout w:type="fixed"/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3402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512000" cy="4095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allmins-logo-email-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4095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236"/>
        </w:tcPr>
        <w:p>
          <w:pPr>
            <w:jc w:val="right"/>
          </w:pPr>
          <w:r>
            <w:rPr>
              <w:rFonts w:ascii="Yu Gothic" w:hAnsi="Yu Gothic" w:eastAsia="Yu Gothic"/>
              <w:b/>
              <w:color w:val="1F4E79"/>
              <w:sz w:val="22"/>
            </w:rPr>
            <w:t>医療・クリニック会議 議事録</w:t>
          </w:r>
        </w:p>
        <w:p>
          <w:pPr>
            <w:jc w:val="right"/>
          </w:pPr>
          <w:r>
            <w:rPr>
              <w:rFonts w:ascii="Yu Gothic" w:hAnsi="Yu Gothic" w:eastAsia="Yu Gothic"/>
              <w:b w:val="0"/>
              <w:color w:val="6B7280"/>
              <w:sz w:val="17"/>
            </w:rPr>
            <w:t>日付: ____________    プロジェクト／組織: ____________</w:t>
          </w:r>
        </w:p>
      </w:tc>
    </w:tr>
  </w:tbl>
  <w:p>
    <w:pPr>
      <w:spacing w:before="40"/>
      <w:pBdr>
        <w:bottom w:val="single" w:sz="12" w:space="1" w:color="1F4E79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Yu Gothic" w:hAnsi="Yu Gothic" w:eastAsia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医療・クリニック会議 議事録</dc:title>
  <dc:subject/>
  <dc:creator>AllMins</dc:creator>
  <cp:keywords/>
  <dc:description>Template generated by ops/landing/scripts/generate_docx_templates.py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