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의료·클리닉 회의록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부서/클리닉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의료·클리닉 회의록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의료·클리닉 회의록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