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/>
          <w:b/>
          <w:color w:val="1F4E79"/>
          <w:sz w:val="34"/>
        </w:rPr>
        <w:t>Projektbesprechung — Protokoll</w:t>
      </w:r>
    </w:p>
    <w:p>
      <w:pPr>
        <w:spacing w:after="160"/>
      </w:pPr>
      <w:r>
        <w:rPr>
          <w:rFonts w:ascii="Calibri" w:hAnsi="Calibri"/>
          <w:b w:val="0"/>
          <w:color w:val="6B7280"/>
          <w:sz w:val="18"/>
        </w:rPr>
        <w:t>Vorlage — ersetzen Sie die Platzhalter durch Ihre Inhalte.</w:t>
      </w:r>
    </w:p>
    <w:p>
      <w:pPr>
        <w:spacing w:before="280" w:after="120"/>
      </w:pPr>
      <w:r>
        <w:rPr>
          <w:rFonts w:ascii="Calibri" w:hAnsi="Calibri"/>
          <w:b/>
          <w:color w:val="1F4E79"/>
          <w:sz w:val="25"/>
        </w:rPr>
        <w:t>Allgemeine Angaben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3118"/>
            <w:shd w:val="clear" w:color="auto" w:fill="EDF2FA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sz w:val="20"/>
              </w:rPr>
              <w:t>Titel der Besprechung</w:t>
            </w:r>
          </w:p>
        </w:tc>
        <w:tc>
          <w:tcPr>
            <w:tcW w:type="dxa" w:w="652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3118"/>
            <w:shd w:val="clear" w:color="auto" w:fill="EDF2FA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sz w:val="20"/>
              </w:rPr>
              <w:t>Projekt</w:t>
            </w:r>
          </w:p>
        </w:tc>
        <w:tc>
          <w:tcPr>
            <w:tcW w:type="dxa" w:w="652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3118"/>
            <w:shd w:val="clear" w:color="auto" w:fill="EDF2FA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sz w:val="20"/>
              </w:rPr>
              <w:t>Datum und Uhrzeit</w:t>
            </w:r>
          </w:p>
        </w:tc>
        <w:tc>
          <w:tcPr>
            <w:tcW w:type="dxa" w:w="652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3118"/>
            <w:shd w:val="clear" w:color="auto" w:fill="EDF2FA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sz w:val="20"/>
              </w:rPr>
              <w:t>Ort / Plattform</w:t>
            </w:r>
          </w:p>
        </w:tc>
        <w:tc>
          <w:tcPr>
            <w:tcW w:type="dxa" w:w="652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3118"/>
            <w:shd w:val="clear" w:color="auto" w:fill="EDF2FA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sz w:val="20"/>
              </w:rPr>
              <w:t>Teilnehmer</w:t>
            </w:r>
          </w:p>
        </w:tc>
        <w:tc>
          <w:tcPr>
            <w:tcW w:type="dxa" w:w="652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3118"/>
            <w:shd w:val="clear" w:color="auto" w:fill="EDF2FA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sz w:val="20"/>
              </w:rPr>
              <w:t>Leitung / Moderation</w:t>
            </w:r>
          </w:p>
        </w:tc>
        <w:tc>
          <w:tcPr>
            <w:tcW w:type="dxa" w:w="652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3118"/>
            <w:shd w:val="clear" w:color="auto" w:fill="EDF2FA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sz w:val="20"/>
              </w:rPr>
              <w:t>Protokollführung</w:t>
            </w:r>
          </w:p>
        </w:tc>
        <w:tc>
          <w:tcPr>
            <w:tcW w:type="dxa" w:w="652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</w:tbl>
    <w:p>
      <w:pPr>
        <w:spacing w:before="280" w:after="120"/>
      </w:pPr>
      <w:r>
        <w:rPr>
          <w:rFonts w:ascii="Calibri" w:hAnsi="Calibri"/>
          <w:b/>
          <w:color w:val="1F4E79"/>
          <w:sz w:val="25"/>
        </w:rPr>
        <w:t>Tagesordnung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680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Nr.</w:t>
            </w:r>
          </w:p>
        </w:tc>
        <w:tc>
          <w:tcPr>
            <w:tcW w:type="dxa" w:w="5272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Thema</w:t>
            </w:r>
          </w:p>
        </w:tc>
        <w:tc>
          <w:tcPr>
            <w:tcW w:type="dxa" w:w="2268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Vortragende(r)</w:t>
            </w:r>
          </w:p>
        </w:tc>
        <w:tc>
          <w:tcPr>
            <w:tcW w:type="dxa" w:w="1417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Zeit</w:t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1</w:t>
            </w:r>
          </w:p>
        </w:tc>
        <w:tc>
          <w:tcPr>
            <w:tcW w:type="dxa" w:w="5272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26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2</w:t>
            </w:r>
          </w:p>
        </w:tc>
        <w:tc>
          <w:tcPr>
            <w:tcW w:type="dxa" w:w="5272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26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3</w:t>
            </w:r>
          </w:p>
        </w:tc>
        <w:tc>
          <w:tcPr>
            <w:tcW w:type="dxa" w:w="5272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26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4</w:t>
            </w:r>
          </w:p>
        </w:tc>
        <w:tc>
          <w:tcPr>
            <w:tcW w:type="dxa" w:w="5272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26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</w:tbl>
    <w:p>
      <w:pPr>
        <w:spacing w:before="280" w:after="120"/>
      </w:pPr>
      <w:r>
        <w:rPr>
          <w:rFonts w:ascii="Calibri" w:hAnsi="Calibri"/>
          <w:b/>
          <w:color w:val="1F4E79"/>
          <w:sz w:val="25"/>
        </w:rPr>
        <w:t>Diskussion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680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Nr.</w:t>
            </w:r>
          </w:p>
        </w:tc>
        <w:tc>
          <w:tcPr>
            <w:tcW w:type="dxa" w:w="2438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Thema</w:t>
            </w:r>
          </w:p>
        </w:tc>
        <w:tc>
          <w:tcPr>
            <w:tcW w:type="dxa" w:w="3685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Wichtige Punkte</w:t>
            </w:r>
          </w:p>
        </w:tc>
        <w:tc>
          <w:tcPr>
            <w:tcW w:type="dxa" w:w="2835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Entscheidungen</w:t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1</w:t>
            </w:r>
          </w:p>
        </w:tc>
        <w:tc>
          <w:tcPr>
            <w:tcW w:type="dxa" w:w="243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368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83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2</w:t>
            </w:r>
          </w:p>
        </w:tc>
        <w:tc>
          <w:tcPr>
            <w:tcW w:type="dxa" w:w="243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368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83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3</w:t>
            </w:r>
          </w:p>
        </w:tc>
        <w:tc>
          <w:tcPr>
            <w:tcW w:type="dxa" w:w="243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368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83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4</w:t>
            </w:r>
          </w:p>
        </w:tc>
        <w:tc>
          <w:tcPr>
            <w:tcW w:type="dxa" w:w="243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368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83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</w:tbl>
    <w:p>
      <w:pPr>
        <w:spacing w:before="280" w:after="120"/>
      </w:pPr>
      <w:r>
        <w:rPr>
          <w:rFonts w:ascii="Calibri" w:hAnsi="Calibri"/>
          <w:b/>
          <w:color w:val="1F4E79"/>
          <w:sz w:val="25"/>
        </w:rPr>
        <w:t>Aufgaben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994"/>
        <w:gridCol w:w="1994"/>
        <w:gridCol w:w="1994"/>
        <w:gridCol w:w="1994"/>
        <w:gridCol w:w="1994"/>
      </w:tblGrid>
      <w:tr>
        <w:tc>
          <w:tcPr>
            <w:tcW w:type="dxa" w:w="680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Nr.</w:t>
            </w:r>
          </w:p>
        </w:tc>
        <w:tc>
          <w:tcPr>
            <w:tcW w:type="dxa" w:w="4139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Aufgabe</w:t>
            </w:r>
          </w:p>
        </w:tc>
        <w:tc>
          <w:tcPr>
            <w:tcW w:type="dxa" w:w="1984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Verantwortlich</w:t>
            </w:r>
          </w:p>
        </w:tc>
        <w:tc>
          <w:tcPr>
            <w:tcW w:type="dxa" w:w="1417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Fällig am</w:t>
            </w:r>
          </w:p>
        </w:tc>
        <w:tc>
          <w:tcPr>
            <w:tcW w:type="dxa" w:w="1417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Status</w:t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1</w:t>
            </w:r>
          </w:p>
        </w:tc>
        <w:tc>
          <w:tcPr>
            <w:tcW w:type="dxa" w:w="4139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984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2</w:t>
            </w:r>
          </w:p>
        </w:tc>
        <w:tc>
          <w:tcPr>
            <w:tcW w:type="dxa" w:w="4139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984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3</w:t>
            </w:r>
          </w:p>
        </w:tc>
        <w:tc>
          <w:tcPr>
            <w:tcW w:type="dxa" w:w="4139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984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4</w:t>
            </w:r>
          </w:p>
        </w:tc>
        <w:tc>
          <w:tcPr>
            <w:tcW w:type="dxa" w:w="4139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984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5</w:t>
            </w:r>
          </w:p>
        </w:tc>
        <w:tc>
          <w:tcPr>
            <w:tcW w:type="dxa" w:w="4139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984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</w:tbl>
    <w:p>
      <w:pPr>
        <w:spacing w:before="280" w:after="120"/>
      </w:pPr>
      <w:r>
        <w:rPr>
          <w:rFonts w:ascii="Calibri" w:hAnsi="Calibri"/>
          <w:b/>
          <w:color w:val="1F4E79"/>
          <w:sz w:val="25"/>
        </w:rPr>
        <w:t>Risiken / offene Punkte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994"/>
        <w:gridCol w:w="1994"/>
        <w:gridCol w:w="1994"/>
        <w:gridCol w:w="1994"/>
        <w:gridCol w:w="1994"/>
      </w:tblGrid>
      <w:tr>
        <w:tc>
          <w:tcPr>
            <w:tcW w:type="dxa" w:w="680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Nr.</w:t>
            </w:r>
          </w:p>
        </w:tc>
        <w:tc>
          <w:tcPr>
            <w:tcW w:type="dxa" w:w="3005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Punkt / Risiko</w:t>
            </w:r>
          </w:p>
        </w:tc>
        <w:tc>
          <w:tcPr>
            <w:tcW w:type="dxa" w:w="1984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Auswirkung</w:t>
            </w:r>
          </w:p>
        </w:tc>
        <w:tc>
          <w:tcPr>
            <w:tcW w:type="dxa" w:w="2268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Nächster Schritt</w:t>
            </w:r>
          </w:p>
        </w:tc>
        <w:tc>
          <w:tcPr>
            <w:tcW w:type="dxa" w:w="1701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Verantwortlich</w:t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1</w:t>
            </w:r>
          </w:p>
        </w:tc>
        <w:tc>
          <w:tcPr>
            <w:tcW w:type="dxa" w:w="300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984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26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701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2</w:t>
            </w:r>
          </w:p>
        </w:tc>
        <w:tc>
          <w:tcPr>
            <w:tcW w:type="dxa" w:w="300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984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26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701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3</w:t>
            </w:r>
          </w:p>
        </w:tc>
        <w:tc>
          <w:tcPr>
            <w:tcW w:type="dxa" w:w="300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984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26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701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2240" w:h="15840"/>
      <w:pgMar w:top="1474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jc w:val="center"/>
    </w:pPr>
    <w:r>
      <w:rPr>
        <w:rFonts w:ascii="Calibri" w:hAnsi="Calibri"/>
        <w:b w:val="0"/>
        <w:color w:val="6B7280"/>
        <w:sz w:val="17"/>
      </w:rPr>
      <w:t xml:space="preserve">Erstellt mit AllMins  ·  allmins.io  ·  </w:t>
    </w:r>
    <w:r>
      <w:rPr>
        <w:rFonts w:ascii="Calibri" w:hAnsi="Calibri"/>
        <w:b w:val="0"/>
        <w:color w:val="6B7280"/>
        <w:sz w:val="17"/>
      </w:rPr>
      <w:t xml:space="preserve">Seite </w:t>
    </w:r>
    <w:fldSimple w:instr=" PAGE 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tbl>
    <w:tblPr>
      <w:tblW w:type="auto" w:w="0"/>
      <w:tblLayout w:type="fixed"/>
      <w:tblLook w:firstColumn="1" w:firstRow="1" w:lastColumn="0" w:lastRow="0" w:noHBand="0" w:noVBand="1" w:val="04A0"/>
    </w:tblPr>
    <w:tblGrid>
      <w:gridCol w:w="4819"/>
      <w:gridCol w:w="4819"/>
    </w:tblGrid>
    <w:tr>
      <w:tc>
        <w:tcPr>
          <w:tcW w:type="dxa" w:w="3402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512000" cy="4095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allmins-logo-email-ful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12000" cy="4095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6236"/>
        </w:tcPr>
        <w:p>
          <w:pPr>
            <w:jc w:val="right"/>
          </w:pPr>
          <w:r>
            <w:rPr>
              <w:rFonts w:ascii="Calibri" w:hAnsi="Calibri"/>
              <w:b/>
              <w:color w:val="1F4E79"/>
              <w:sz w:val="22"/>
            </w:rPr>
            <w:t>Projektbesprechung — Protokoll</w:t>
          </w:r>
        </w:p>
        <w:p>
          <w:pPr>
            <w:jc w:val="right"/>
          </w:pPr>
          <w:r>
            <w:rPr>
              <w:rFonts w:ascii="Calibri" w:hAnsi="Calibri"/>
              <w:b w:val="0"/>
              <w:color w:val="6B7280"/>
              <w:sz w:val="17"/>
            </w:rPr>
            <w:t>Datum: ____________    Projekt / Organisation: ____________</w:t>
          </w:r>
        </w:p>
      </w:tc>
    </w:tr>
  </w:tbl>
  <w:p>
    <w:pPr>
      <w:spacing w:before="40"/>
      <w:pBdr>
        <w:bottom w:val="single" w:sz="12" w:space="1" w:color="1F4E79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Projektbesprechung — Protokoll</dc:title>
  <dc:subject/>
  <dc:creator>AllMins</dc:creator>
  <cp:keywords/>
  <dc:description>Template generated by ops/landing/scripts/generate_docx_templates.py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