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プロジェクト会議 議事録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プロジェクト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プロジェクト会議 議事録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プロジェクト会議 議事録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