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Протокол совещания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Шаблон — замените поля-заполнители своим содержанием.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Общая информация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Название встречи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Организация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Дата и время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Место / платформа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Участники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Председатель / модератор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Протокол подготовил(а)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Повестка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№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Тема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Докладчик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Время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Обсуждение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№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Тема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Основные тезисы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Решения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Поручения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№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Поручение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Ответственный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Срок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Статус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Риски и открытые вопросы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№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Вопрос / риск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Влияние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Следующий шаг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Ответственный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Создано с помощью AllMins  ·  allmins.io  ·  </w:t>
    </w:r>
    <w:r>
      <w:rPr>
        <w:rFonts w:ascii="Calibri" w:hAnsi="Calibri"/>
        <w:b w:val="0"/>
        <w:color w:val="6B7280"/>
        <w:sz w:val="17"/>
      </w:rPr>
      <w:t xml:space="preserve">Стр.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Протокол совещания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Дата: ____________    Проект / организация: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совещания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