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bidi/>
      </w:pPr>
      <w:r>
        <w:rPr>
          <w:rFonts w:ascii="Arial" w:hAnsi="Arial" w:cs="Arial"/>
          <w:b/>
          <w:color w:val="1F4E79"/>
          <w:sz w:val="34"/>
          <w:szCs w:val="34"/>
          <w:bCs/>
          <w:rtl/>
        </w:rPr>
        <w:t>סיכום פגישת לקוח</w:t>
      </w:r>
    </w:p>
    <w:p>
      <w:pPr>
        <w:spacing w:after="160"/>
        <w:bidi/>
      </w:pPr>
      <w:r>
        <w:rPr>
          <w:rFonts w:ascii="Arial" w:hAnsi="Arial" w:cs="Arial"/>
          <w:b w:val="0"/>
          <w:color w:val="6B7280"/>
          <w:sz w:val="18"/>
          <w:szCs w:val="18"/>
          <w:rtl/>
        </w:rPr>
        <w:t>תבנית — החליפו את הטקסט לדוגמה בתוכן שלכם.</w:t>
      </w:r>
    </w:p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פרטי הישיבה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4986"/>
        <w:gridCol w:w="4986"/>
      </w:tblGrid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נושא הישיבה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לקוח / חשבון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תאריך ושעה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מיקום / פלטפורמה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משתתפים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יו"ר / מנחה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רשם/ת הפרוטוקול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סדר יום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5272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נושא</w:t>
            </w:r>
          </w:p>
        </w:tc>
        <w:tc>
          <w:tcPr>
            <w:tcW w:type="dxa" w:w="2268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מציג</w:t>
            </w:r>
          </w:p>
        </w:tc>
        <w:tc>
          <w:tcPr>
            <w:tcW w:type="dxa" w:w="1417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זמן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4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דיון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2438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נושא</w:t>
            </w:r>
          </w:p>
        </w:tc>
        <w:tc>
          <w:tcPr>
            <w:tcW w:type="dxa" w:w="3685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עיקרי הדיון</w:t>
            </w:r>
          </w:p>
        </w:tc>
        <w:tc>
          <w:tcPr>
            <w:tcW w:type="dxa" w:w="2835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החלטות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4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משימות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4139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משימה</w:t>
            </w:r>
          </w:p>
        </w:tc>
        <w:tc>
          <w:tcPr>
            <w:tcW w:type="dxa" w:w="1984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אחראי</w:t>
            </w:r>
          </w:p>
        </w:tc>
        <w:tc>
          <w:tcPr>
            <w:tcW w:type="dxa" w:w="1417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תאריך יעד</w:t>
            </w:r>
          </w:p>
        </w:tc>
        <w:tc>
          <w:tcPr>
            <w:tcW w:type="dxa" w:w="1417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סטטוס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4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5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סיכונים ונושאים פתוחים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3005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נושא / סיכון</w:t>
            </w:r>
          </w:p>
        </w:tc>
        <w:tc>
          <w:tcPr>
            <w:tcW w:type="dxa" w:w="1984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השפעה</w:t>
            </w:r>
          </w:p>
        </w:tc>
        <w:tc>
          <w:tcPr>
            <w:tcW w:type="dxa" w:w="2268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הצעד הבא</w:t>
            </w:r>
          </w:p>
        </w:tc>
        <w:tc>
          <w:tcPr>
            <w:tcW w:type="dxa" w:w="1701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אחראי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300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701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300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701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300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701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474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  <w:bidi/>
      <w:bidi/>
    </w:pPr>
    <w:r>
      <w:rPr>
        <w:rFonts w:ascii="Arial" w:hAnsi="Arial" w:cs="Arial"/>
        <w:b w:val="0"/>
        <w:color w:val="6B7280"/>
        <w:sz w:val="17"/>
        <w:szCs w:val="17"/>
        <w:rtl/>
      </w:rPr>
      <w:t xml:space="preserve">הופק באמצעות AllMins  ·  allmins.io  ·  </w:t>
    </w:r>
    <w:r>
      <w:rPr>
        <w:rFonts w:ascii="Arial" w:hAnsi="Arial" w:cs="Arial"/>
        <w:b w:val="0"/>
        <w:color w:val="6B7280"/>
        <w:sz w:val="17"/>
        <w:szCs w:val="17"/>
        <w:rtl/>
      </w:rPr>
      <w:t xml:space="preserve">עמוד </w:t>
    </w:r>
    <w:fldSimple w:instr=" PAGE 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auto" w:w="0"/>
      <w:tblLayout w:type="fixed"/>
      <w:tblLook w:firstColumn="1" w:firstRow="1" w:lastColumn="0" w:lastRow="0" w:noHBand="0" w:noVBand="1" w:val="04A0"/>
      <w:bidiVisual/>
    </w:tblPr>
    <w:tblGrid>
      <w:gridCol w:w="4819"/>
      <w:gridCol w:w="4819"/>
    </w:tblGrid>
    <w:tr>
      <w:tc>
        <w:tcPr>
          <w:tcW w:type="dxa" w:w="3402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512000" cy="4095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allmins-logo-email-ful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2000" cy="4095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6236"/>
        </w:tcPr>
        <w:p>
          <w:pPr>
            <w:jc w:val="left"/>
            <w:bidi/>
          </w:pPr>
          <w:r>
            <w:rPr>
              <w:rFonts w:ascii="Arial" w:hAnsi="Arial" w:cs="Arial"/>
              <w:b/>
              <w:color w:val="1F4E79"/>
              <w:sz w:val="22"/>
              <w:szCs w:val="22"/>
              <w:bCs/>
              <w:rtl/>
            </w:rPr>
            <w:t>סיכום פגישת לקוח</w:t>
          </w:r>
        </w:p>
        <w:p>
          <w:pPr>
            <w:jc w:val="left"/>
            <w:bidi/>
          </w:pPr>
          <w:r>
            <w:rPr>
              <w:rFonts w:ascii="Arial" w:hAnsi="Arial" w:cs="Arial"/>
              <w:b w:val="0"/>
              <w:color w:val="6B7280"/>
              <w:sz w:val="17"/>
              <w:szCs w:val="17"/>
              <w:rtl/>
            </w:rPr>
            <w:t>תאריך: ____________    פרויקט / ארגון: ____________</w:t>
          </w:r>
        </w:p>
      </w:tc>
    </w:tr>
  </w:tbl>
  <w:p>
    <w:pPr>
      <w:spacing w:before="40"/>
      <w:pBdr>
        <w:bottom w:val="single" w:sz="12" w:space="1" w:color="1F4E79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סיכום פגישת לקוח</dc:title>
  <dc:subject/>
  <dc:creator>AllMins</dc:creator>
  <cp:keywords/>
  <dc:description>Template generated by ops/landing/scripts/generate_docx_templates.py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