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Resumo de reunião comercial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Modelo — substitua os textos de exemplo pelo seu conteúdo.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Informações da reunião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Título da reunião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Cliente / conta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Data e hora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Local / plataforma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Participantes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Facilitador / moderador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Redigido por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Pauta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Apresentador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Tempo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Discussão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Principais pontos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Decisões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Itens de 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Tarefa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Prazo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Riscos / questões em aberto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Questão / risco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Impacto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Próximo passo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Gerado com o AllMins  ·  allmins.io  ·  </w:t>
    </w:r>
    <w:r>
      <w:rPr>
        <w:rFonts w:ascii="Calibri" w:hAnsi="Calibri"/>
        <w:b w:val="0"/>
        <w:color w:val="6B7280"/>
        <w:sz w:val="17"/>
      </w:rPr>
      <w:t xml:space="preserve">Página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Resumo de reunião comercial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Data: ____________    Projeto / organização: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Resumo de reunião comercial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