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color w:val="1F4E79"/>
          <w:sz w:val="34"/>
        </w:rPr>
        <w:t>Technical Meeting Minutes</w:t>
      </w:r>
    </w:p>
    <w:p>
      <w:pPr>
        <w:spacing w:after="160"/>
      </w:pPr>
      <w:r>
        <w:rPr>
          <w:rFonts w:ascii="Calibri" w:hAnsi="Calibri"/>
          <w:b w:val="0"/>
          <w:color w:val="6B7280"/>
          <w:sz w:val="18"/>
        </w:rPr>
        <w:t>Template — replace the placeholder text with your content.</w:t>
      </w:r>
    </w:p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Meeting information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Meeting title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System / component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Date and time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Location / platform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Participants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Chair / moderator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Prepared by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Agenda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#</w:t>
            </w:r>
          </w:p>
        </w:tc>
        <w:tc>
          <w:tcPr>
            <w:tcW w:type="dxa" w:w="5272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Topic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Presenter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Time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Discussion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#</w:t>
            </w:r>
          </w:p>
        </w:tc>
        <w:tc>
          <w:tcPr>
            <w:tcW w:type="dxa" w:w="243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Topic</w:t>
            </w:r>
          </w:p>
        </w:tc>
        <w:tc>
          <w:tcPr>
            <w:tcW w:type="dxa" w:w="368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Key discussion points</w:t>
            </w:r>
          </w:p>
        </w:tc>
        <w:tc>
          <w:tcPr>
            <w:tcW w:type="dxa" w:w="283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Decisions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Action items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#</w:t>
            </w:r>
          </w:p>
        </w:tc>
        <w:tc>
          <w:tcPr>
            <w:tcW w:type="dxa" w:w="4139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Action item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Owner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Due date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Status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5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Risks / open issues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#</w:t>
            </w:r>
          </w:p>
        </w:tc>
        <w:tc>
          <w:tcPr>
            <w:tcW w:type="dxa" w:w="300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Issue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Impact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Next step</w:t>
            </w:r>
          </w:p>
        </w:tc>
        <w:tc>
          <w:tcPr>
            <w:tcW w:type="dxa" w:w="1701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Owner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rFonts w:ascii="Calibri" w:hAnsi="Calibri"/>
        <w:b w:val="0"/>
        <w:color w:val="6B7280"/>
        <w:sz w:val="17"/>
      </w:rPr>
      <w:t xml:space="preserve">Generated with AllMins  ·  allmins.io  ·  </w:t>
    </w:r>
    <w:r>
      <w:rPr>
        <w:rFonts w:ascii="Calibri" w:hAnsi="Calibri"/>
        <w:b w:val="0"/>
        <w:color w:val="6B7280"/>
        <w:sz w:val="17"/>
      </w:rPr>
      <w:t xml:space="preserve">Page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right"/>
          </w:pPr>
          <w:r>
            <w:rPr>
              <w:rFonts w:ascii="Calibri" w:hAnsi="Calibri"/>
              <w:b/>
              <w:color w:val="1F4E79"/>
              <w:sz w:val="22"/>
            </w:rPr>
            <w:t>Technical Meeting Minutes</w:t>
          </w:r>
        </w:p>
        <w:p>
          <w:pPr>
            <w:jc w:val="right"/>
          </w:pPr>
          <w:r>
            <w:rPr>
              <w:rFonts w:ascii="Calibri" w:hAnsi="Calibri"/>
              <w:b w:val="0"/>
              <w:color w:val="6B7280"/>
              <w:sz w:val="17"/>
            </w:rPr>
            <w:t>Date: ____________    Project / organization: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Technical Meeting Minutes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