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bidi/>
      </w:pPr>
      <w:r>
        <w:rPr>
          <w:rFonts w:ascii="Arial" w:hAnsi="Arial" w:cs="Arial"/>
          <w:b/>
          <w:color w:val="1F4E79"/>
          <w:sz w:val="34"/>
          <w:szCs w:val="34"/>
          <w:bCs/>
          <w:rtl/>
        </w:rPr>
        <w:t>פרוטוקול ישיבה טכנית</w:t>
      </w:r>
    </w:p>
    <w:p>
      <w:pPr>
        <w:spacing w:after="160"/>
        <w:bidi/>
      </w:pPr>
      <w:r>
        <w:rPr>
          <w:rFonts w:ascii="Arial" w:hAnsi="Arial" w:cs="Arial"/>
          <w:b w:val="0"/>
          <w:color w:val="6B7280"/>
          <w:sz w:val="18"/>
          <w:szCs w:val="18"/>
          <w:rtl/>
        </w:rPr>
        <w:t>תבנית — החליפו את הטקסט לדוגמה בתוכן שלכם.</w:t>
      </w:r>
    </w:p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פרטי הישיבה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נושא הישיבה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מערכת / רכיב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תאריך ושעה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מיקום / פלטפורמה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משתתפים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יו"ר / מנחה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רשם/ת הפרוטוקול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סדר יום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5272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מציג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זמן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דיון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243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368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עיקרי הדיון</w:t>
            </w:r>
          </w:p>
        </w:tc>
        <w:tc>
          <w:tcPr>
            <w:tcW w:type="dxa" w:w="283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החלטות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משימות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4139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משימה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תאריך יעד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סטטוס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5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סיכונים ונושאים פתוחים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300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 / סיכון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השפעה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הצעד הבא</w:t>
            </w:r>
          </w:p>
        </w:tc>
        <w:tc>
          <w:tcPr>
            <w:tcW w:type="dxa" w:w="1701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  <w:bidi/>
      <w:bidi/>
    </w:pPr>
    <w:r>
      <w:rPr>
        <w:rFonts w:ascii="Arial" w:hAnsi="Arial" w:cs="Arial"/>
        <w:b w:val="0"/>
        <w:color w:val="6B7280"/>
        <w:sz w:val="17"/>
        <w:szCs w:val="17"/>
        <w:rtl/>
      </w:rPr>
      <w:t xml:space="preserve">הופק באמצעות AllMins  ·  allmins.io  ·  </w:t>
    </w:r>
    <w:r>
      <w:rPr>
        <w:rFonts w:ascii="Arial" w:hAnsi="Arial" w:cs="Arial"/>
        <w:b w:val="0"/>
        <w:color w:val="6B7280"/>
        <w:sz w:val="17"/>
        <w:szCs w:val="17"/>
        <w:rtl/>
      </w:rPr>
      <w:t xml:space="preserve">עמוד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  <w:bidiVisual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left"/>
            <w:bidi/>
          </w:pPr>
          <w:r>
            <w:rPr>
              <w:rFonts w:ascii="Arial" w:hAnsi="Arial" w:cs="Arial"/>
              <w:b/>
              <w:color w:val="1F4E79"/>
              <w:sz w:val="22"/>
              <w:szCs w:val="22"/>
              <w:bCs/>
              <w:rtl/>
            </w:rPr>
            <w:t>פרוטוקול ישיבה טכנית</w:t>
          </w:r>
        </w:p>
        <w:p>
          <w:pPr>
            <w:jc w:val="left"/>
            <w:bidi/>
          </w:pPr>
          <w:r>
            <w:rPr>
              <w:rFonts w:ascii="Arial" w:hAnsi="Arial" w:cs="Arial"/>
              <w:b w:val="0"/>
              <w:color w:val="6B7280"/>
              <w:sz w:val="17"/>
              <w:szCs w:val="17"/>
              <w:rtl/>
            </w:rPr>
            <w:t>תאריך: ____________    פרויקט / ארגון: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ישיבה טכנית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