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Ata de reunião técnica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Sistema / componente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Ata de reunião técnica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técnica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