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Teknik Toplantı Tutanağı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Sistem / bileşen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Teknik Toplantı Tutanağı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Teknik Toplantı Tutanağı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